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</w:rPr>
        <w:t>Приложение №9</w:t>
        <w:br/>
        <w:t>к Договору оказания услуг по присмотру и уходу за детьми</w:t>
        <w:br/>
        <w:t>в группе полного / неполного дня</w:t>
      </w:r>
    </w:p>
    <w:p>
      <w:r>
        <w:rPr>
          <w:b w:val="0"/>
        </w:rPr>
      </w:r>
    </w:p>
    <w:p>
      <w:r>
        <w:rPr>
          <w:b w:val="0"/>
        </w:rPr>
        <w:t>к Договору оказания услуг по присмотру и уходу за детьми</w:t>
      </w:r>
    </w:p>
    <w:p>
      <w:r>
        <w:rPr>
          <w:b w:val="0"/>
        </w:rPr>
        <w:t>ЗАЯВЛЕНИЕ</w:t>
        <w:br/>
        <w:t>о переносе пропущенных дней / об отсутствии воспитанника</w:t>
      </w:r>
    </w:p>
    <w:p>
      <w:r>
        <w:rPr>
          <w:b w:val="0"/>
        </w:rPr>
        <w:t>ИП Вычугжаниной К.Ю.</w:t>
      </w:r>
    </w:p>
    <w:p>
      <w:r>
        <w:rPr>
          <w:b w:val="0"/>
        </w:rPr>
        <w:t>от ______________________________________</w:t>
      </w:r>
    </w:p>
    <w:p>
      <w:r>
        <w:rPr>
          <w:b w:val="0"/>
        </w:rPr>
        <w:t>тел. ____________________________________</w:t>
      </w:r>
    </w:p>
    <w:p>
      <w:r>
        <w:rPr>
          <w:b w:val="0"/>
        </w:rPr>
        <w:t>Прошу учесть отсутствие моего ребёнка ______________________________________________</w:t>
      </w:r>
    </w:p>
    <w:p>
      <w:r>
        <w:rPr>
          <w:b w:val="0"/>
        </w:rPr>
        <w:t>(фамилия, имя ребёнка)</w:t>
      </w:r>
    </w:p>
    <w:p>
      <w:r>
        <w:rPr>
          <w:b w:val="0"/>
        </w:rPr>
        <w:t>в период с «____» ______________ 20____ г. по «____» ______________ 20____ г.</w:t>
      </w:r>
    </w:p>
    <w:p>
      <w:r>
        <w:rPr>
          <w:b w:val="0"/>
        </w:rPr>
        <w:t>Количество пропущенных рабочих дней Детского клуба: ______________</w:t>
      </w:r>
    </w:p>
    <w:p>
      <w:r>
        <w:rPr>
          <w:b w:val="0"/>
        </w:rPr>
        <w:t>Причина отсутствия (отметить нужное):</w:t>
      </w:r>
    </w:p>
    <w:p>
      <w:r>
        <w:rPr>
          <w:b w:val="0"/>
        </w:rPr>
        <w:t>Вид действующего абонемента (отметить):</w:t>
      </w:r>
    </w:p>
    <w:p>
      <w:r>
        <w:rPr>
          <w:b w:val="0"/>
        </w:rPr>
        <w:t>Мне разъяснено и понятно: перенос применяется при отсутствии от 3 рабочих дней подряд и не более чем за 6 рабочих дней в календарном месяце; размер переноса — 50% расчётной стоимости дня (900 ₽ — полный день, 700 ₽ — неполный); перенос осуществляется только на месяц, непосредственно следующий за месяцем пропуска, не суммируется, неиспользованный — сгорает (п. 6.4 Договора).</w:t>
      </w:r>
    </w:p>
    <w:p>
      <w:r>
        <w:rPr>
          <w:b w:val="0"/>
        </w:rPr>
        <w:t>Дата: «____» ______________ 20____ г.   Подпись: ______________________</w:t>
      </w:r>
    </w:p>
    <w:p>
      <w:r>
        <w:rPr>
          <w:b w:val="0"/>
        </w:rPr>
        <w:t>_______________________________________________________________________________</w:t>
      </w:r>
    </w:p>
    <w:p>
      <w:r>
        <w:rPr>
          <w:b w:val="0"/>
        </w:rPr>
        <w:t>Отметка Детского клуба</w:t>
      </w:r>
    </w:p>
    <w:p>
      <w:r>
        <w:rPr>
          <w:b w:val="0"/>
        </w:rPr>
        <w:t>Заявление принято «____» ______________ 20____ г.</w:t>
      </w:r>
    </w:p>
    <w:p>
      <w:r>
        <w:rPr>
          <w:b w:val="0"/>
        </w:rPr>
        <w:t>Перенос в размере ____________ руб. учтён в счёт оплаты за ______________ 20____ г.</w:t>
      </w:r>
    </w:p>
    <w:p>
      <w:r>
        <w:rPr>
          <w:b w:val="0"/>
        </w:rPr>
        <w:t>Подпись представителя: ______________________</w:t>
      </w:r>
    </w:p>
    <w:p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Болезнь ребёнка. Справка медицинской организации прилагается.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Отпуск / плановое отсутствие. Уведомление подано не позднее чем за 3 рабочих дня до начала периода.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Иная причина (указать): ______________________________________________</w:t>
            </w:r>
          </w:p>
        </w:tc>
      </w:tr>
    </w:tbl>
    <w:p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Абонемент с перерасчётом — прошу перенести 50% расчётной стоимости пропущенных дней (900 ₽/день полный, 700 ₽/день неполный) на следующий календарный месяц (п. 6.4 Договора).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Абонемент без перерасчёта — уведомляю об отсутствии, перенос не применяется (п. 6.5 Договора).</w:t>
            </w:r>
          </w:p>
        </w:tc>
      </w:tr>
      <w:tr>
        <w:tc>
          <w:tcPr>
            <w:tcW w:type="dxa" w:w="4320"/>
          </w:tcPr>
          <w:p>
            <w:r>
              <w:t>□</w:t>
            </w:r>
          </w:p>
        </w:tc>
        <w:tc>
          <w:tcPr>
            <w:tcW w:type="dxa" w:w="4320"/>
          </w:tcPr>
          <w:p>
            <w:r>
              <w:t>Длительное отсутствие на полный календарный месяц и более: прошу сохранить место с оплатой 50% стоимости абонемента за каждый полный месяц отсутствия (п. 6.4.6 Договора) / уведомляю об отсутствии без оплаты и без гарантии сохранения места — нужное подчеркнуть.</w:t>
            </w:r>
          </w:p>
        </w:tc>
      </w:tr>
    </w:tbl>
    <w:p>
      <w:r>
        <w:rPr>
          <w:b w:val="0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