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</w:rPr>
        <w:t>Приложение №6</w:t>
        <w:br/>
        <w:t>к Договору оказания услуг по присмотру и уходу за детьми</w:t>
        <w:br/>
        <w:t>в группе полного / неполного дня</w:t>
      </w:r>
    </w:p>
    <w:p>
      <w:r>
        <w:rPr>
          <w:b w:val="0"/>
        </w:rPr>
      </w:r>
    </w:p>
    <w:p>
      <w:r>
        <w:rPr>
          <w:b w:val="0"/>
        </w:rPr>
        <w:t>к Договору оказания услуг по присмотру и уходу за детьми</w:t>
      </w:r>
    </w:p>
    <w:p>
      <w:r>
        <w:rPr>
          <w:b w:val="0"/>
        </w:rPr>
        <w:t>ПИСЬМЕННОЕ ПОРУЧЕНИЕ</w:t>
        <w:br/>
        <w:t>о праве забирать ребёнка из Детского клуба</w:t>
      </w:r>
    </w:p>
    <w:p>
      <w:r>
        <w:rPr>
          <w:b w:val="0"/>
        </w:rPr>
        <w:t>г. Санкт-Петербург                                              «____» ______________ 20____ г.</w:t>
      </w:r>
    </w:p>
    <w:p>
      <w:r>
        <w:rPr>
          <w:b w:val="0"/>
        </w:rPr>
        <w:t>Я, _____________________________________________________________________________,</w:t>
      </w:r>
    </w:p>
    <w:p>
      <w:r>
        <w:rPr>
          <w:b w:val="0"/>
        </w:rPr>
        <w:t>(фамилия, имя, отчество родителя / законного представителя полностью)</w:t>
      </w:r>
    </w:p>
    <w:p>
      <w:r>
        <w:rPr>
          <w:b w:val="0"/>
        </w:rPr>
        <w:t>паспорт серия ________ № ______________, тел. ____________________________________,</w:t>
      </w:r>
    </w:p>
    <w:p>
      <w:r>
        <w:rPr>
          <w:b w:val="0"/>
        </w:rPr>
        <w:t>являясь родителем (законным представителем) воспитанника</w:t>
      </w:r>
    </w:p>
    <w:p>
      <w:r>
        <w:rPr>
          <w:b w:val="0"/>
        </w:rPr>
        <w:t>_________________________________________________________________________________</w:t>
      </w:r>
    </w:p>
    <w:p>
      <w:r>
        <w:rPr>
          <w:b w:val="0"/>
        </w:rPr>
        <w:t>(фамилия, имя, отчество ребёнка, дата рождения)</w:t>
      </w:r>
    </w:p>
    <w:p>
      <w:r>
        <w:rPr>
          <w:b w:val="0"/>
        </w:rPr>
        <w:t>поручаю забирать моего ребёнка из Детского клуба следующим лицам:</w:t>
      </w:r>
    </w:p>
    <w:p>
      <w:r>
        <w:rPr>
          <w:b w:val="0"/>
        </w:rPr>
        <w:t>Настоящим подтверждаю и принимаю:</w:t>
      </w:r>
    </w:p>
    <w:p>
      <w:r>
        <w:rPr>
          <w:b w:val="0"/>
        </w:rPr>
        <w:t>1. Указанные лица вправе забирать ребёнка из Детского клуба без дополнительного согласования со мной.</w:t>
      </w:r>
    </w:p>
    <w:p>
      <w:r>
        <w:rPr>
          <w:b w:val="0"/>
        </w:rPr>
        <w:t>2. Ответственность за жизнь и здоровье ребёнка с момента его передачи указанному лицу несу я как родитель (законный представитель) — п. 7.4 Договора.</w:t>
      </w:r>
    </w:p>
    <w:p>
      <w:r>
        <w:rPr>
          <w:b w:val="0"/>
        </w:rPr>
        <w:t>3. Детский клуб не передаёт ребёнка лицам, не указанным в настоящем поручении или в Анкете, без моего письменного распоряжения.</w:t>
      </w:r>
    </w:p>
    <w:p>
      <w:r>
        <w:rPr>
          <w:b w:val="0"/>
        </w:rPr>
        <w:t>4. Сотрудник Детского клуба вправе потребовать у лица, забирающего ребёнка, документ, удостоверяющий личность.</w:t>
      </w:r>
    </w:p>
    <w:p>
      <w:r>
        <w:rPr>
          <w:b w:val="0"/>
        </w:rPr>
        <w:t>5. Об изменении круга указанных лиц я обязуюсь уведомить Детский клуб письменно незамедлительно. До получения уведомления Детский клуб руководствуется настоящим поручением.</w:t>
      </w:r>
    </w:p>
    <w:p>
      <w:r>
        <w:rPr>
          <w:b w:val="0"/>
        </w:rPr>
        <w:t>6. Согласие указанных лиц на передачу их персональных данных Детскому клубу мною получено.</w:t>
      </w:r>
    </w:p>
    <w:p>
      <w:r>
        <w:rPr>
          <w:b w:val="0"/>
        </w:rPr>
        <w:t>7. Ребёнок не может быть передан лицу, не достигшему 18 лет, а также лицу, находящемуся в состоянии опьянения. В последнем случае сотрудник Детского клуба обязан связаться со мной незамедлительно.</w:t>
      </w:r>
    </w:p>
    <w:p>
      <w:r>
        <w:rPr>
          <w:b w:val="0"/>
        </w:rPr>
        <w:t>Подпись: ______________________ / _________________________________________ /</w:t>
      </w:r>
    </w:p>
    <w:p>
      <w:r>
        <w:rPr>
          <w:b w:val="0"/>
        </w:rPr>
        <w:t>(подпись)                                        (расшифровка подписи)</w:t>
      </w:r>
    </w:p>
    <w:p>
      <w:r>
        <w:rPr>
          <w:b w:val="0"/>
        </w:rPr>
        <w:t>Поручение принято представителем Детского клуба:</w:t>
      </w:r>
    </w:p>
    <w:p>
      <w:r>
        <w:rPr>
          <w:b w:val="0"/>
        </w:rPr>
        <w:t>«____» ______________ 20____ г.   Подпись: ______________________</w:t>
      </w:r>
    </w:p>
    <w:p>
      <w:r>
        <w:rPr>
          <w:b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№</w:t>
            </w:r>
          </w:p>
        </w:tc>
        <w:tc>
          <w:tcPr>
            <w:tcW w:type="dxa" w:w="1728"/>
          </w:tcPr>
          <w:p>
            <w:r>
              <w:t>Ф.И.О. полностью</w:t>
            </w:r>
          </w:p>
        </w:tc>
        <w:tc>
          <w:tcPr>
            <w:tcW w:type="dxa" w:w="1728"/>
          </w:tcPr>
          <w:p>
            <w:r>
              <w:t>Кем приходится ребёнку</w:t>
            </w:r>
          </w:p>
        </w:tc>
        <w:tc>
          <w:tcPr>
            <w:tcW w:type="dxa" w:w="1728"/>
          </w:tcPr>
          <w:p>
            <w:r>
              <w:t>Телефон</w:t>
            </w:r>
          </w:p>
        </w:tc>
        <w:tc>
          <w:tcPr>
            <w:tcW w:type="dxa" w:w="1728"/>
          </w:tcPr>
          <w:p>
            <w:r>
              <w:t>Паспорт (серия, номер)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