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</w:rPr>
        <w:t>Приложение №4</w:t>
        <w:br/>
        <w:t>к Договору оказания услуг по присмотру и уходу за детьми</w:t>
        <w:br/>
        <w:t>в группе полного / неполного дня</w:t>
      </w:r>
    </w:p>
    <w:p>
      <w:r>
        <w:rPr>
          <w:b w:val="0"/>
        </w:rPr>
      </w:r>
    </w:p>
    <w:p>
      <w:r>
        <w:rPr>
          <w:b w:val="0"/>
        </w:rPr>
        <w:t>к Договору оказания услуг по присмотру и уходу за детьми</w:t>
      </w:r>
    </w:p>
    <w:p>
      <w:r>
        <w:rPr>
          <w:b w:val="0"/>
        </w:rPr>
        <w:t>в группе полного / неполного дня</w:t>
      </w:r>
    </w:p>
    <w:p>
      <w:pPr>
        <w:jc w:val="center"/>
      </w:pPr>
      <w:r>
        <w:rPr>
          <w:b/>
        </w:rPr>
        <w:t>СОГЛАСИЕ</w:t>
      </w:r>
    </w:p>
    <w:p>
      <w:pPr>
        <w:jc w:val="center"/>
      </w:pPr>
      <w:r>
        <w:rPr>
          <w:b/>
        </w:rPr>
        <w:t>на фото- и видеосъёмку ребёнка и использование его изображения</w:t>
      </w:r>
    </w:p>
    <w:p>
      <w:r>
        <w:rPr>
          <w:b w:val="0"/>
        </w:rPr>
        <w:t>г. Санкт-Петербург                                              «____» ______________ 20____ г.</w:t>
      </w:r>
    </w:p>
    <w:p>
      <w:r>
        <w:rPr>
          <w:b w:val="0"/>
        </w:rPr>
        <w:t>Настоящее Согласие является добровольным. Отказ от его предоставления не является основанием для отказа в зачислении ребёнка и не влияет на стоимость и объём услуг (п. 8.5 Договора).</w:t>
      </w:r>
    </w:p>
    <w:p>
      <w:r>
        <w:rPr>
          <w:b w:val="0"/>
        </w:rPr>
        <w:t>Я, _____________________________________________________________________________,</w:t>
      </w:r>
    </w:p>
    <w:p>
      <w:r>
        <w:rPr>
          <w:b w:val="0"/>
        </w:rPr>
        <w:t>(фамилия, имя, отчество родителя / законного представителя полностью)</w:t>
      </w:r>
    </w:p>
    <w:p>
      <w:r>
        <w:rPr>
          <w:b w:val="0"/>
        </w:rPr>
        <w:t>являясь родителем (законным представителем) несовершеннолетнего</w:t>
      </w:r>
    </w:p>
    <w:p>
      <w:r>
        <w:rPr>
          <w:b w:val="0"/>
        </w:rPr>
        <w:t>_________________________________________________________________________________</w:t>
      </w:r>
    </w:p>
    <w:p>
      <w:r>
        <w:rPr>
          <w:b w:val="0"/>
        </w:rPr>
        <w:t>(фамилия, имя, отчество ребёнка, дата рождения)</w:t>
      </w:r>
    </w:p>
    <w:p>
      <w:r>
        <w:rPr>
          <w:b w:val="0"/>
        </w:rPr>
        <w:t>в соответствии со статьёй 152.1 Гражданского кодекса Российской Федерации выражаю своё согласие Индивидуальному предпринимателю Вычугжаниной Кристине Юозовне (ОГРНИП 323460000335208) на фото- и видеосъёмку моего ребёнка и на последующее использование полученных материалов в объёме, отмеченном ниже.</w:t>
      </w:r>
    </w:p>
    <w:p>
      <w:r>
        <w:rPr>
          <w:b w:val="0"/>
        </w:rPr>
        <w:t>Отметьте нужные варианты</w:t>
      </w:r>
    </w:p>
    <w:p>
      <w:r>
        <w:rPr>
          <w:b w:val="0"/>
        </w:rPr>
        <w:t>Согласие действует только в отношении отмеченных пунктов. Неотмеченные пункты считаются несогласованными.</w:t>
      </w:r>
    </w:p>
    <w:p>
      <w:r>
        <w:rPr>
          <w:b w:val="0"/>
        </w:rPr>
        <w:t>Условия использования</w:t>
      </w:r>
    </w:p>
    <w:p>
      <w:r>
        <w:rPr>
          <w:b w:val="0"/>
        </w:rPr>
        <w:t>1. Изображение ребёнка используется исключительно в целях освещения деятельности Детского клуба и не может быть использовано способами, порочащими честь, достоинство и деловую репутацию ребёнка и его родителей.</w:t>
      </w:r>
    </w:p>
    <w:p>
      <w:r>
        <w:rPr>
          <w:b w:val="0"/>
        </w:rPr>
        <w:t>2. Материалы не сопровождаются указанием фамилии, адреса, номера телефона и иных данных, позволяющих идентифицировать ребёнка, кроме имени, если иное не согласовано отдельно.</w:t>
      </w:r>
    </w:p>
    <w:p>
      <w:r>
        <w:rPr>
          <w:b w:val="0"/>
        </w:rPr>
        <w:t>3. Изображение не передаётся третьим лицам для использования в их коммерческих целях и не размещается на сторонних коммерческих ресурсах.</w:t>
      </w:r>
    </w:p>
    <w:p>
      <w:r>
        <w:rPr>
          <w:b w:val="0"/>
        </w:rPr>
        <w:t>4. Вознаграждение за использование изображения не выплачивается.</w:t>
      </w:r>
    </w:p>
    <w:p>
      <w:r>
        <w:rPr>
          <w:b w:val="0"/>
        </w:rPr>
        <w:t>5. Настоящее Согласие действует в течение срока действия договора оказания услуг, если не отозвано ранее.</w:t>
      </w:r>
    </w:p>
    <w:p>
      <w:r>
        <w:rPr>
          <w:b w:val="0"/>
        </w:rPr>
        <w:t>6. Согласие может быть отозвано в любое время путём подачи письменного заявления. Детский клуб прекращает дальнейшее использование изображения и удаляет ранее размещённые материалы в течение 5 (пяти) рабочих дней с даты получения заявления. Отзыв не распространяется на материалы, распространение которых технически невозможно прекратить (репосты третьих лиц, печатная продукция, вышедшая из обращения Детского клуба).</w:t>
      </w:r>
    </w:p>
    <w:p>
      <w:r>
        <w:rPr>
          <w:b w:val="0"/>
        </w:rPr>
        <w:t>Дата: «____» ______________ 20____ г.</w:t>
      </w:r>
    </w:p>
    <w:p>
      <w:r>
        <w:rPr>
          <w:b w:val="0"/>
        </w:rPr>
        <w:t>Подпись: ______________________ / _________________________________________ /</w:t>
      </w:r>
    </w:p>
    <w:p>
      <w:r>
        <w:rPr>
          <w:b w:val="0"/>
        </w:rPr>
        <w:t>(подпись)                                        (расшифровка подписи)</w:t>
      </w:r>
    </w:p>
    <w:p>
      <w:r>
        <w:rPr>
          <w:b w:val="0"/>
        </w:rPr>
        <w:t>_______________________________________________________________________________</w:t>
      </w:r>
    </w:p>
    <w:p>
      <w:r>
        <w:rPr>
          <w:b w:val="0"/>
        </w:rPr>
        <w:t>Отметка об отзыве Согласия</w:t>
      </w:r>
    </w:p>
    <w:p>
      <w:r>
        <w:rPr>
          <w:b w:val="0"/>
        </w:rPr>
        <w:t>Согласие отозвано «____» ______________ 20____ г.   Подпись родителя: ______________</w:t>
      </w:r>
    </w:p>
    <w:p>
      <w:r>
        <w:rPr>
          <w:b w:val="0"/>
        </w:rPr>
        <w:t>Материалы удалены «____» ______________ 20____ г.   Подпись представителя клуба: ____________</w:t>
      </w:r>
    </w:p>
    <w:p>
      <w:r>
        <w:rPr>
          <w:b w:val="0"/>
        </w:rPr>
      </w:r>
    </w:p>
    <w:p>
      <w:r>
        <w:rPr>
          <w:b/>
        </w:rPr>
        <w:t>Отметьте нужные варианты: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Съёмка для внутреннего использования: передача фото- и видеоматериалов лично мне (в родительском чате, индивидуально в мессенджере)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Размещение в закрытом родительском чате группы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Размещение на официальном сайте Детского клуба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Размещение в социальных сетях Детского клуба (открытые публикации)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Использование в рекламных и информационных материалах (буклеты, стенды, презентации)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Оформление интерьера помещений Детского клуба (фотовыставки, стенды достижений)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