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</w:rPr>
        <w:t>Приложение №3</w:t>
        <w:br/>
        <w:t>к Договору оказания услуг по присмотру и уходу за детьми</w:t>
        <w:br/>
        <w:t>в группе полного / неполного дня</w:t>
      </w:r>
    </w:p>
    <w:p>
      <w:r>
        <w:rPr>
          <w:b w:val="0"/>
        </w:rPr>
      </w:r>
    </w:p>
    <w:p>
      <w:r>
        <w:rPr>
          <w:b w:val="0"/>
        </w:rPr>
        <w:t>к Договору оказания услуг по присмотру и уходу за детьми</w:t>
      </w:r>
    </w:p>
    <w:p>
      <w:r>
        <w:rPr>
          <w:b w:val="0"/>
        </w:rPr>
        <w:t>в группе полного / неполного дня</w:t>
      </w:r>
    </w:p>
    <w:p>
      <w:pPr>
        <w:jc w:val="center"/>
      </w:pPr>
      <w:r>
        <w:rPr>
          <w:b/>
        </w:rPr>
        <w:t>СОГЛАСИЕ</w:t>
      </w:r>
    </w:p>
    <w:p>
      <w:pPr>
        <w:jc w:val="center"/>
      </w:pPr>
      <w:r>
        <w:rPr>
          <w:b/>
        </w:rPr>
        <w:t>на обработку персональных данных</w:t>
      </w:r>
    </w:p>
    <w:p>
      <w:r>
        <w:rPr>
          <w:b w:val="0"/>
        </w:rPr>
        <w:t>г. Санкт-Петербург                                              «____» ______________ 20____ г.</w:t>
      </w:r>
    </w:p>
    <w:p>
      <w:r>
        <w:rPr>
          <w:b w:val="0"/>
        </w:rPr>
        <w:t>Я, _____________________________________________________________________________,</w:t>
      </w:r>
    </w:p>
    <w:p>
      <w:r>
        <w:rPr>
          <w:b w:val="0"/>
        </w:rPr>
        <w:t>(фамилия, имя, отчество субъекта персональных данных полностью)</w:t>
      </w:r>
    </w:p>
    <w:p>
      <w:r>
        <w:rPr>
          <w:b w:val="0"/>
        </w:rPr>
        <w:t>паспорт серия ________ № ______________, выдан ____________________________________</w:t>
      </w:r>
    </w:p>
    <w:p>
      <w:r>
        <w:rPr>
          <w:b w:val="0"/>
        </w:rPr>
        <w:t>_________________________________________________________________________________</w:t>
      </w:r>
    </w:p>
    <w:p>
      <w:r>
        <w:rPr>
          <w:b w:val="0"/>
        </w:rPr>
        <w:t>(кем и когда выдан)</w:t>
      </w:r>
    </w:p>
    <w:p>
      <w:r>
        <w:rPr>
          <w:b w:val="0"/>
        </w:rPr>
        <w:t>зарегистрирован(а) по адресу: ____________________________________________________</w:t>
      </w:r>
    </w:p>
    <w:p>
      <w:r>
        <w:rPr>
          <w:b w:val="0"/>
        </w:rPr>
        <w:t>_________________________________________________________________________________</w:t>
      </w:r>
    </w:p>
    <w:p>
      <w:r>
        <w:rPr>
          <w:b w:val="0"/>
        </w:rPr>
        <w:t>действуя свободно, своей волей и в своём интересе, а также в интересах своего несовершеннолетнего ребёнка</w:t>
      </w:r>
    </w:p>
    <w:p>
      <w:r>
        <w:rPr>
          <w:b w:val="0"/>
        </w:rPr>
        <w:t>_________________________________________________________________________________</w:t>
      </w:r>
    </w:p>
    <w:p>
      <w:r>
        <w:rPr>
          <w:b w:val="0"/>
        </w:rPr>
        <w:t>(фамилия, имя, отчество ребёнка, дата рождения)</w:t>
      </w:r>
    </w:p>
    <w:p>
      <w:r>
        <w:rPr>
          <w:b w:val="0"/>
        </w:rPr>
        <w:t>даю согласие Индивидуальному предпринимателю Вычугжаниной Кристине Юозовне (ОГРНИП 323460000335208, ИНН 463228242499, адрес места осуществления деятельности: 198095, г. Санкт-Петербург, ул. Тракторная, д. 7, ДЦ «Мечтайка») — далее Оператор — на обработку моих персональных данных и персональных данных моего ребёнка на условиях, изложенных ниже.</w:t>
      </w:r>
    </w:p>
    <w:p>
      <w:r>
        <w:rPr>
          <w:b/>
        </w:rPr>
        <w:t>1. Цели обработки</w:t>
      </w:r>
    </w:p>
    <w:p>
      <w:r>
        <w:rPr>
          <w:b w:val="0"/>
        </w:rPr>
        <w:t>Персональные данные обрабатываются исключительно в целях:</w:t>
      </w:r>
    </w:p>
    <w:p>
      <w:r>
        <w:rPr>
          <w:b w:val="0"/>
        </w:rPr>
        <w:t>— заключения и исполнения договора оказания услуг по присмотру и уходу за детьми;</w:t>
      </w:r>
    </w:p>
    <w:p>
      <w:r>
        <w:rPr>
          <w:b w:val="0"/>
        </w:rPr>
        <w:t>— организации пребывания, питания и безопасности ребёнка;</w:t>
      </w:r>
    </w:p>
    <w:p>
      <w:r>
        <w:rPr>
          <w:b w:val="0"/>
        </w:rPr>
        <w:t>— ведения учёта посещений и расчётов по договору;</w:t>
      </w:r>
    </w:p>
    <w:p>
      <w:r>
        <w:rPr>
          <w:b w:val="0"/>
        </w:rPr>
        <w:t>— оперативной связи с родителями (законными представителями);</w:t>
      </w:r>
    </w:p>
    <w:p>
      <w:r>
        <w:rPr>
          <w:b w:val="0"/>
        </w:rPr>
        <w:t>— исполнения обязанностей, возложенных на Оператора законодательством Российской Федерации.</w:t>
      </w:r>
    </w:p>
    <w:p>
      <w:r>
        <w:rPr>
          <w:b/>
        </w:rPr>
        <w:t>2. Перечень персональных данных</w:t>
      </w:r>
    </w:p>
    <w:p>
      <w:r>
        <w:rPr>
          <w:b w:val="0"/>
        </w:rPr>
        <w:t>2.1. Данные родителя (законного представителя): фамилия, имя, отчество; паспортные данные; адрес регистрации и фактического проживания; номера телефонов; адрес электронной почты; место работы.</w:t>
      </w:r>
    </w:p>
    <w:p>
      <w:r>
        <w:rPr>
          <w:b w:val="0"/>
        </w:rPr>
        <w:t>2.2. Данные ребёнка: фамилия, имя, отчество; дата рождения; сведения о состоянии здоровья, необходимые для обеспечения безопасного пребывания (аллергические реакции, хронические заболевания, пищевые ограничения, особенности развития и поведения, рекомендации специалистов); сведения о вакцинации.</w:t>
      </w:r>
    </w:p>
    <w:p>
      <w:r>
        <w:rPr>
          <w:b w:val="0"/>
        </w:rPr>
        <w:t>2.3. Данные лиц, уполномоченных забирать ребёнка: фамилия, имя, отчество; степень родства или иная связь с ребёнком; номер телефона. Указывая данные таких лиц, я подтверждаю, что получил(а) их согласие на передачу этих сведений Оператору.</w:t>
      </w:r>
    </w:p>
    <w:p>
      <w:r>
        <w:rPr>
          <w:b/>
        </w:rPr>
        <w:t>3. Обработка специальных категорий данных</w:t>
      </w:r>
    </w:p>
    <w:p>
      <w:r>
        <w:rPr>
          <w:b w:val="0"/>
        </w:rPr>
        <w:t>3.1. Я уведомлен(а), что сведения о состоянии здоровья ребёнка относятся к специальным категориям персональных данных (статья 10 Федерального закона от 27.07.2006 №152-ФЗ «О персональных данных»).</w:t>
      </w:r>
    </w:p>
    <w:p>
      <w:r>
        <w:rPr>
          <w:b w:val="0"/>
        </w:rPr>
        <w:t>3.2. Я даю отдельное согласие на обработку указанных сведений в объёме, необходимом для обеспечения безопасности ребёнка и организации его питания и пребывания.</w:t>
      </w:r>
    </w:p>
    <w:p>
      <w:r>
        <w:rPr>
          <w:b w:val="0"/>
        </w:rPr>
        <w:t>Подпись: ______________________ / _________________________________________</w:t>
      </w:r>
    </w:p>
    <w:p>
      <w:r>
        <w:rPr>
          <w:b w:val="0"/>
        </w:rPr>
        <w:t>(подпись)                                        (расшифровка)</w:t>
      </w:r>
    </w:p>
    <w:p>
      <w:r>
        <w:rPr>
          <w:b/>
        </w:rPr>
        <w:t>4. Перечень действий с персональными данными</w:t>
      </w:r>
    </w:p>
    <w:p>
      <w:r>
        <w:rPr>
          <w:b w:val="0"/>
        </w:rPr>
        <w:t>Сбор, запись, систематизация, накопление, хранение, уточнение (обновление, изменение), извлечение, использование, блокирование, удаление, уничтожение. Обработка осуществляется как с использованием средств автоматизации, так и без их использования (смешанная обработка).</w:t>
      </w:r>
    </w:p>
    <w:p>
      <w:r>
        <w:rPr>
          <w:b/>
        </w:rPr>
        <w:t>5. Передача третьим лицам</w:t>
      </w:r>
    </w:p>
    <w:p>
      <w:r>
        <w:rPr>
          <w:b w:val="0"/>
        </w:rPr>
        <w:t>5.1. Оператор не передаёт персональные данные третьим лицам, за исключением случаев, прямо предусмотренных законодательством Российской Федерации, а также случаев передачи медицинским работникам при вызове скорой медицинской помощи в объёме, необходимом для оказания помощи ребёнку.</w:t>
      </w:r>
    </w:p>
    <w:p>
      <w:r>
        <w:rPr>
          <w:b w:val="0"/>
        </w:rPr>
        <w:t>5.2. Трансграничная передача персональных данных не осуществляется.</w:t>
      </w:r>
    </w:p>
    <w:p>
      <w:r>
        <w:rPr>
          <w:b/>
        </w:rPr>
        <w:t>6. Срок действия и порядок отзыва</w:t>
      </w:r>
    </w:p>
    <w:p>
      <w:r>
        <w:rPr>
          <w:b w:val="0"/>
        </w:rPr>
        <w:t>6.1. Настоящее Согласие действует с даты его подписания в течение всего срока действия договора оказания услуг и в течение 3 (трёх) лет после его прекращения, если иной срок хранения не установлен законодательством.</w:t>
      </w:r>
    </w:p>
    <w:p>
      <w:r>
        <w:rPr>
          <w:b w:val="0"/>
        </w:rPr>
        <w:t>6.2. Согласие может быть отозвано в любое время путём подачи Оператору письменного заявления в свободной форме.</w:t>
      </w:r>
    </w:p>
    <w:p>
      <w:r>
        <w:rPr>
          <w:b w:val="0"/>
        </w:rPr>
        <w:t>6.3. Я уведомлен(а), что отзыв Согласия делает невозможным дальнейшее исполнение договора оказания услуг, поскольку обработка указанных данных является необходимым условием оказания услуг по присмотру и уходу за ребёнком.</w:t>
      </w:r>
    </w:p>
    <w:p>
      <w:r>
        <w:rPr>
          <w:b w:val="0"/>
        </w:rPr>
        <w:t>6.4. После отзыва Согласия либо по достижении целей обработки Оператор прекращает обработку и уничтожает персональные данные в срок, не превышающий 30 (тридцати) дней, за исключением данных, подлежащих хранению в силу закона.</w:t>
      </w:r>
    </w:p>
    <w:p>
      <w:r>
        <w:rPr>
          <w:b/>
        </w:rPr>
        <w:t>7. Права субъекта персональных данных</w:t>
      </w:r>
    </w:p>
    <w:p>
      <w:r>
        <w:rPr>
          <w:b w:val="0"/>
        </w:rPr>
        <w:t>Мне разъяснены и понятны мои права, предусмотренные Федеральным законом №152-ФЗ, в том числе право на получение информации об обработке моих персональных данных, право требовать их уточнения, блокирования или уничтожения, а также право на обжалование действий Оператора в Роскомнадзор или в судебном порядке.</w:t>
      </w:r>
    </w:p>
    <w:p>
      <w:r>
        <w:rPr>
          <w:b w:val="0"/>
        </w:rPr>
        <w:t>Настоящее Согласие подписано мной осознанно, содержание документа мне понятно.</w:t>
      </w:r>
    </w:p>
    <w:p>
      <w:r>
        <w:rPr>
          <w:b w:val="0"/>
        </w:rPr>
        <w:t>Дата: «____» ______________ 20____ г.</w:t>
      </w:r>
    </w:p>
    <w:p>
      <w:r>
        <w:rPr>
          <w:b w:val="0"/>
        </w:rPr>
        <w:t>Подпись: ______________________ / _________________________________________ /</w:t>
      </w:r>
    </w:p>
    <w:p>
      <w:r>
        <w:rPr>
          <w:b w:val="0"/>
        </w:rPr>
        <w:t>(подпись)                                        (расшифровка подписи)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